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גופים וכינויי 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כינויי גוף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שייכות עם המילה "של" ושייכות מחוברת בסיומת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המרה בין שתי הדרכים לביטוי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כינויי גוף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הבית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הגדרנו בכרטיס ההסבר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אתן הוא כינוי גוף ברבים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שייכות עם "של" לשייכות מחוברת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(סִפְרִי)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(בֵּיתוֹ)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(כלבי)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ההמרה לשייכות מחוברת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מוצאים את שם העצם ואת כינוי השייכות, למשל "הספר שלי"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מסירים את ה׳ הידיעה משם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מסירים את המילה "של" ואת כינוי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לסוף שם העצם את הסיומת המתאימה, למשל ־ִי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לכל סוג, למשל: היא קוראת ספר. / התיק שלה כבד. / תיקה כבד.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אני/הוא/את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כַּלְבָּהּ עם מפיק בה׳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שמדובר בשתי דרכים לאותה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כרטיס ההסבר בקול ולסמן יחד את הסיומות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חלק ההתאמה כדאי לתרגל בעל פה כמה דוגמאות נוספות עם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לדלג על הפריטים המסומנים ולהתמקד בזיהוי 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גופים וכינויי 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כינויי הגוף הם מילים שבאות במקום שם, וכינויי השייכות מספרים למי שייך משהו. אפשר לבטא שייכות עם המילה "של" או בסיומת שמתחברת לסוף המילה.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יחיד  ·  שלנו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כינויי גוף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היא כינוי גוף ביחיד?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היא כינוי גוף ברבים?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הפירוש של "ביתו"?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הבית שלך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הבית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כינוי גוף הוא מילה שבאה במקום 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"אתן" הוא כינוי גוף ביחיד.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"אני" הוא כינוי גוף __________ (אחד מדבר).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כִּתָּתֵנוּ = הכיתה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שייכות עם "של" לשייכות מחוברת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סִפְרִי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הכלב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בֵּיתוֹ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ההמרה לשייכות מחוברת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מסירים את ה׳ הידיעה משם העצם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מוצאים את שם העצם ואת כינוי השייכות, למשל "הספר שלי"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לסוף שם העצם את הסיומת המתאימה, למשל ־ִי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מסירים את המילה "של" ואת כינוי הגוף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משפטים: אחד עם כינוי גוף, אחד עם שייכות במילה "של", ואחד עם שייכות מחוברת.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לכינוי גוף ביחיד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את המילה "הכלב שלה" בשייכות מחוברת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גופים וכינויי 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