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גופים וכינויי 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כינויי גוף ביחיד וברבים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שייכות עם המילה "של" ושייכות מחוברת בסיומת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המרה בין שתי הדרכים לביטוי 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כינויי גוף ושייכות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הספר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הבית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־ָהּ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הכלב שלי רץ בחצר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הגדרנו בכרטיס ההסבר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אתן הוא כינוי גוף ברבים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שתי הדרכים מבטאות שייכות זהה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פירושו הכלב שלה, עם מפיק בה׳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נכתב בכרטיס ההסבר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אנחנו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שייכות עם "של" לשייכות מחוברת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(סִפְרִי)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(בֵּיתוֹ)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(כַּלְבָּהּ)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(כִּתָּתֵנוּ)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(כלבי)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ההמרה לשייכות מחוברת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מוצאים את שם העצם ואת כינוי השייכות, למשל "הספר שלי"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מסירים את ה׳ הידיעה משם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מסירים את המילה "של" ואת כינוי 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מוסיפים לסוף שם העצם את הסיומת המתאימה, למשל ־ִי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קוראים את המילה החדשה ובודקים שהיא נשמעת נכון, כמו "ספרי"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לכל סוג, למשל: היא קוראת ספר. / התיק שלה כבד. / תיקה כבד.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שתי הצורות מבטאות שייכות זהה, רק אחת עם המילה של והשנייה בסיומת מחוברת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אני/הוא/את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כַּלְבָּהּ עם מפיק בה׳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שמדובר בשתי דרכים לאותה 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בקריאת כרטיס ההסבר בקול ולסמן יחד את הסיומות השונות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חלק ההתאמה כדאי לתרגל בעל פה כמה דוגמאות נוספות עם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לדלג על הפריטים המסומנים ולהתמקד בזיהוי בסיסי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גופים וכינויי 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מילים שבאות במקום שם, כמו אני, הוא, הם. יש מילים שאומרות למי משהו שייך, כמו "שלי" או "ספרי".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כינוי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שבאה במקום שם, כמו אני, הוא, 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כינוי 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שמראה למי שייך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 עם של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הבית שלי, הספר 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 מחוברת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סיומת בסוף המילה, כמו ספרי, ביתו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ה׳ הידיעה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ה בתחילת מילה מוכרת, כמו הכלב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מפיק הא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נקודה באות ה בסוף מילה, כמו כלבה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סיומת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אותיות שמוסיפים לסוף מילה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כינויי גוף ושייכות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מדברת על אדם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מדברת על כמה אנשים?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למי שייך הספר במילה ספרי?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הספר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הספר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הספר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הספר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למי שייך הבית במילה ביתו?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הבית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הבית שלך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הבית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הבית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סיומת מתאימה למילה 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־י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־ו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־ָהּ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־ֵנוּ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משפט כתוב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כלב שלי רץ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הכלב שלי רץ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כלב של רץ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הכלב של רץ בחצר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גוף הוא מילה שבאה במקום 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"אתן" הוא כינוי גוף ביחיד.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שייכות עם "של" ושייכות מחוברת אומרות את אותו דבר.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"כַּלְבָּהּ" פירושו "הכלב שלו".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הצורה המחוברת נשמעת גבוהה ונפוצה בספרים ובשירים.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"אני" הוא כינוי גוף __________ (אחד מדבר).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כִּתָּתֵנוּ = הכיתה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סִפְרָהּ = הספר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הגיעו לטיול (במקום "הם").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במילה כַּלְבָּהּ יש מפיק באות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הסיומת ־ֵנוּ מציינת שייכות ל__________ (למשל כיתתנו).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שייכות עם "של" לשייכות מחוברת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כַּלְבָּהּ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סִפְרִי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בֵּיתוֹ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הכלב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כִּתָּתֵנוּ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ההמרה לשייכות מחוברת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מסירים את המילה "של" ואת כינוי הגוף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מוצאים את שם העצם ואת כינוי השייכות, למשל "הספר שלי"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לסוף שם העצם את הסיומת המתאימה, למשל ־ִי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המילה החדשה ובודקים שהיא נשמעת נכון, כמו "ספרי"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מסירים את ה׳ הידיעה משם העצם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משפטים: אחד עם כינוי גוף, אחד עם שייכות במילה "של", ואחד עם שייכות מחוברת.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אפשר להגיד גם "הבית שלו" וגם "ביתו" ולהתכוון לאותו דבר.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לכינוי גוף ביחיד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את המילה "הכלב שלה" בשייכות מחוברת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שייכות עם "של" לשייכות מחוברת?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גופים וכינויי שייכות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